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רגישות לזולת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"רגישות לזולת"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רגש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feeling / чувство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sad / грустный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notice / замечать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friend / друг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🫶 רגישות לזולת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רגישות זה לראות מה החבר מרגיש. אם הוא עצוב, עוזרים לו.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feeling · чувство · ስሜት · شعور · sentiment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sad · грустный · ያዘነ · حزين · triste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לשים לב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notice · замечать · ልብ ማለት · يلاحظ · remarquer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 · друг · ጓደኛ · صديق · ami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רגש  |  עצוב  |  לשים לב  |  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feeling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רגש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עצוב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לשים לב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notice / замечать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feeling / чувство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לשים לב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friend / друг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sad / грустный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רגישות זה לראות מה החבר מרגיש. אם הוא ________, עוזרים לו.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"רגש".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יודעים שחבר או חברה עצובים?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לשים לב למי שמשחק לבד ולהזמין / לשאול חבר: מה שלומך?)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רגישות לזולת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